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9A88E4" w14:textId="31F418D8" w:rsidR="009D494B" w:rsidRDefault="00D24F5F">
      <w:pPr>
        <w:pStyle w:val="Title"/>
      </w:pPr>
      <w:r>
        <w:t>Change Request</w:t>
      </w:r>
    </w:p>
    <w:p w14:paraId="6050CB1F" w14:textId="2DB1B27D" w:rsidR="00D24F5F" w:rsidRDefault="00D24F5F">
      <w:r>
        <w:t>This is a request to change configuration parameters on Genesys objects.</w:t>
      </w:r>
    </w:p>
    <w:p w14:paraId="4485B241" w14:textId="4B530F6D" w:rsidR="00D24F5F" w:rsidRDefault="00D24F5F" w:rsidP="00D24F5F">
      <w:pPr>
        <w:pStyle w:val="ListParagraph"/>
        <w:numPr>
          <w:ilvl w:val="0"/>
          <w:numId w:val="10"/>
        </w:numPr>
      </w:pPr>
      <w:r>
        <w:t>Engineer: [[user]] [[user_email]]</w:t>
      </w:r>
    </w:p>
    <w:p w14:paraId="213634C5" w14:textId="360D64E2" w:rsidR="00D24F5F" w:rsidRDefault="00D24F5F" w:rsidP="00D24F5F">
      <w:pPr>
        <w:pStyle w:val="ListParagraph"/>
        <w:numPr>
          <w:ilvl w:val="0"/>
          <w:numId w:val="10"/>
        </w:numPr>
      </w:pPr>
      <w:r>
        <w:t>Environment the change will take place in: [[</w:t>
      </w:r>
      <w:r w:rsidR="00622ADD">
        <w:t>environment</w:t>
      </w:r>
      <w:r>
        <w:t>]]</w:t>
      </w:r>
    </w:p>
    <w:p w14:paraId="49DD74B7" w14:textId="75EB196C" w:rsidR="00D24F5F" w:rsidRDefault="00D24F5F" w:rsidP="00D24F5F">
      <w:pPr>
        <w:pStyle w:val="ListParagraph"/>
        <w:numPr>
          <w:ilvl w:val="0"/>
          <w:numId w:val="10"/>
        </w:numPr>
      </w:pPr>
      <w:r>
        <w:t>Title of the change [[name]]</w:t>
      </w:r>
    </w:p>
    <w:p w14:paraId="7B97497C" w14:textId="0A31A5C8" w:rsidR="00D24F5F" w:rsidRDefault="00D24F5F" w:rsidP="00D24F5F">
      <w:pPr>
        <w:pStyle w:val="ListParagraph"/>
        <w:numPr>
          <w:ilvl w:val="0"/>
          <w:numId w:val="10"/>
        </w:numPr>
      </w:pPr>
      <w:r>
        <w:t>Description: [[description]]</w:t>
      </w:r>
    </w:p>
    <w:p w14:paraId="24FDD3B4" w14:textId="5BC802E5" w:rsidR="008F1F76" w:rsidRDefault="005408DC">
      <w:r>
        <w:t xml:space="preserve">A plain paragraph having some </w:t>
      </w:r>
      <w:r>
        <w:rPr>
          <w:b/>
        </w:rPr>
        <w:t>bold</w:t>
      </w:r>
      <w:r w:rsidR="003050AE">
        <w:rPr>
          <w:b/>
        </w:rPr>
        <w:t xml:space="preserve"> </w:t>
      </w:r>
      <w:r w:rsidR="003050AE" w:rsidRPr="003050AE">
        <w:rPr>
          <w:b/>
        </w:rPr>
        <w:t>[[name]]</w:t>
      </w:r>
      <w:r>
        <w:t xml:space="preserve"> and some </w:t>
      </w:r>
      <w:r>
        <w:rPr>
          <w:i/>
        </w:rPr>
        <w:t>italic</w:t>
      </w:r>
      <w:r w:rsidR="003050AE">
        <w:rPr>
          <w:i/>
        </w:rPr>
        <w:t xml:space="preserve"> </w:t>
      </w:r>
      <w:r w:rsidR="003050AE" w:rsidRPr="003050AE">
        <w:rPr>
          <w:i/>
        </w:rPr>
        <w:t>[[user]]</w:t>
      </w:r>
      <w:r>
        <w:rPr>
          <w:i/>
        </w:rPr>
        <w:t>.</w:t>
      </w:r>
      <w:r w:rsidR="00E20A61">
        <w:rPr>
          <w:i/>
        </w:rPr>
        <w:t xml:space="preserve"> </w:t>
      </w:r>
      <w:r w:rsidR="00E20A61">
        <w:t xml:space="preserve">Then normal </w:t>
      </w:r>
      <w:r w:rsidR="003050AE">
        <w:t xml:space="preserve">again </w:t>
      </w:r>
      <w:r w:rsidR="00E20A61">
        <w:t>[[</w:t>
      </w:r>
      <w:r w:rsidR="002518DB">
        <w:t>name]]</w:t>
      </w:r>
    </w:p>
    <w:p w14:paraId="2323DF43" w14:textId="3238DF8A" w:rsidR="009D76D5" w:rsidRDefault="009D76D5" w:rsidP="009D76D5">
      <w:pPr>
        <w:pStyle w:val="Heading2"/>
      </w:pPr>
      <w:r>
        <w:t>Changes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500467" w14:paraId="4771F9CF" w14:textId="77777777" w:rsidTr="009D76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</w:tcPr>
          <w:p w14:paraId="4CB6D602" w14:textId="3872D525" w:rsidR="00500467" w:rsidRPr="003050AE" w:rsidRDefault="009D76D5">
            <w:pPr>
              <w:rPr>
                <w:szCs w:val="18"/>
              </w:rPr>
            </w:pPr>
            <w:r w:rsidRPr="003050AE">
              <w:rPr>
                <w:szCs w:val="18"/>
              </w:rPr>
              <w:t>A</w:t>
            </w:r>
            <w:r w:rsidR="00826E39" w:rsidRPr="003050AE">
              <w:rPr>
                <w:szCs w:val="18"/>
              </w:rPr>
              <w:t>ction</w:t>
            </w:r>
          </w:p>
        </w:tc>
        <w:tc>
          <w:tcPr>
            <w:tcW w:w="4428" w:type="dxa"/>
          </w:tcPr>
          <w:p w14:paraId="1D3CFAE6" w14:textId="77777777" w:rsidR="00500467" w:rsidRPr="003050AE" w:rsidRDefault="005004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</w:tbl>
    <w:p w14:paraId="74DB7A19" w14:textId="77777777" w:rsidR="009D76D5" w:rsidRDefault="009D76D5"/>
    <w:p w14:paraId="1C551A23" w14:textId="07D86BFD" w:rsidR="009D76D5" w:rsidRDefault="009D76D5" w:rsidP="009D76D5">
      <w:pPr>
        <w:pStyle w:val="Heading2"/>
      </w:pPr>
      <w:r>
        <w:t xml:space="preserve">Roll </w:t>
      </w:r>
      <w:r w:rsidRPr="009D76D5">
        <w:t>back</w:t>
      </w:r>
      <w:r>
        <w:t xml:space="preserve"> steps</w:t>
      </w:r>
    </w:p>
    <w:p w14:paraId="42DD68FA" w14:textId="43110DA5" w:rsidR="009D76D5" w:rsidRPr="009D76D5" w:rsidRDefault="009D76D5" w:rsidP="009D76D5">
      <w:r>
        <w:t>In the event of a failure the following steps can be take to revert the changes made</w:t>
      </w:r>
      <w:bookmarkStart w:id="0" w:name="_GoBack"/>
      <w:bookmarkEnd w:id="0"/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9D76D5" w14:paraId="61B3744E" w14:textId="77777777" w:rsidTr="009D76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</w:tcPr>
          <w:p w14:paraId="70EE76A8" w14:textId="2E76BD9E" w:rsidR="009D76D5" w:rsidRPr="003050AE" w:rsidRDefault="009D76D5" w:rsidP="008F3720">
            <w:pPr>
              <w:rPr>
                <w:szCs w:val="18"/>
              </w:rPr>
            </w:pPr>
            <w:r>
              <w:rPr>
                <w:szCs w:val="18"/>
              </w:rPr>
              <w:t>Revert</w:t>
            </w:r>
          </w:p>
        </w:tc>
        <w:tc>
          <w:tcPr>
            <w:tcW w:w="4428" w:type="dxa"/>
          </w:tcPr>
          <w:p w14:paraId="074AF55C" w14:textId="77777777" w:rsidR="009D76D5" w:rsidRPr="003050AE" w:rsidRDefault="009D76D5" w:rsidP="008F37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</w:tbl>
    <w:p w14:paraId="3CE32425" w14:textId="77777777" w:rsidR="009D76D5" w:rsidRDefault="009D76D5"/>
    <w:p w14:paraId="22E817BB" w14:textId="77777777" w:rsidR="009D76D5" w:rsidRDefault="009D76D5"/>
    <w:sectPr w:rsidR="009D76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8131BEB"/>
    <w:multiLevelType w:val="hybridMultilevel"/>
    <w:tmpl w:val="954C1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3"/>
  <w:defaultTabStop w:val="720"/>
  <w:defaultTableStyle w:val="PlainTable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703F"/>
    <w:rsid w:val="0015074B"/>
    <w:rsid w:val="002518DB"/>
    <w:rsid w:val="0029639D"/>
    <w:rsid w:val="002E2778"/>
    <w:rsid w:val="003050AE"/>
    <w:rsid w:val="00326F90"/>
    <w:rsid w:val="00337A4B"/>
    <w:rsid w:val="004B4BE4"/>
    <w:rsid w:val="00500467"/>
    <w:rsid w:val="005408DC"/>
    <w:rsid w:val="00622ADD"/>
    <w:rsid w:val="006B46E5"/>
    <w:rsid w:val="00730C0B"/>
    <w:rsid w:val="00826E39"/>
    <w:rsid w:val="008F1F76"/>
    <w:rsid w:val="009D494B"/>
    <w:rsid w:val="009D76D5"/>
    <w:rsid w:val="00AA1D8D"/>
    <w:rsid w:val="00AD077B"/>
    <w:rsid w:val="00B47730"/>
    <w:rsid w:val="00BC6C50"/>
    <w:rsid w:val="00C14773"/>
    <w:rsid w:val="00CB0664"/>
    <w:rsid w:val="00D24F5F"/>
    <w:rsid w:val="00DB1933"/>
    <w:rsid w:val="00E20A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FA528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E20A6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20A61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aliases w:val="InProd Data table"/>
    <w:basedOn w:val="TableNormal"/>
    <w:uiPriority w:val="41"/>
    <w:rsid w:val="009D76D5"/>
    <w:pPr>
      <w:spacing w:after="0" w:line="240" w:lineRule="auto"/>
    </w:pPr>
    <w:rPr>
      <w:sz w:val="18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8F1F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8F1F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6">
    <w:name w:val="Grid Table 2 Accent 6"/>
    <w:basedOn w:val="TableNormal"/>
    <w:uiPriority w:val="47"/>
    <w:rsid w:val="005004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GridLight">
    <w:name w:val="Grid Table Light"/>
    <w:basedOn w:val="TableNormal"/>
    <w:uiPriority w:val="40"/>
    <w:rsid w:val="004B4BE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6" Type="http://schemas.openxmlformats.org/officeDocument/2006/relationships/fontTable" Target="fontTable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DC338712AAF438B3B42F2A08579B3" ma:contentTypeVersion="12" ma:contentTypeDescription="Create a new document." ma:contentTypeScope="" ma:versionID="6e9c302c00217ec9a924959e2326e5c3">
  <xsd:schema xmlns:xsd="http://www.w3.org/2001/XMLSchema" xmlns:xs="http://www.w3.org/2001/XMLSchema" xmlns:p="http://schemas.microsoft.com/office/2006/metadata/properties" xmlns:ns2="fb0aa6ef-daab-4cfe-a05a-01896b7818b4" xmlns:ns3="f0d4c6ae-ec91-4a04-820a-4eab9340ef53" targetNamespace="http://schemas.microsoft.com/office/2006/metadata/properties" ma:root="true" ma:fieldsID="b5812c5a66691d79fed9757de07cfcf3" ns2:_="" ns3:_="">
    <xsd:import namespace="fb0aa6ef-daab-4cfe-a05a-01896b7818b4"/>
    <xsd:import namespace="f0d4c6ae-ec91-4a04-820a-4eab9340ef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aa6ef-daab-4cfe-a05a-01896b781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8fa76d8-b64a-4b74-a90c-0609fb62d4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4c6ae-ec91-4a04-820a-4eab9340ef5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37dba7c-72c3-4684-a408-419f132c2de1}" ma:internalName="TaxCatchAll" ma:showField="CatchAllData" ma:web="f0d4c6ae-ec91-4a04-820a-4eab9340ef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d4c6ae-ec91-4a04-820a-4eab9340ef53" xsi:nil="true"/>
    <lcf76f155ced4ddcb4097134ff3c332f xmlns="fb0aa6ef-daab-4cfe-a05a-01896b7818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A423E1-CBA8-7441-BA4B-A4A2FB6660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7C626B-A81F-48DF-AA2A-54008062B3EC}"/>
</file>

<file path=customXml/itemProps3.xml><?xml version="1.0" encoding="utf-8"?>
<ds:datastoreItem xmlns:ds="http://schemas.openxmlformats.org/officeDocument/2006/customXml" ds:itemID="{FEBAA44B-A94B-4B8A-B5DD-63D15605DCAC}"/>
</file>

<file path=customXml/itemProps4.xml><?xml version="1.0" encoding="utf-8"?>
<ds:datastoreItem xmlns:ds="http://schemas.openxmlformats.org/officeDocument/2006/customXml" ds:itemID="{86FB11FB-67A4-4CE7-AE8D-AED9003710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397</Characters>
  <Application>Microsoft Macintosh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Heading, [[name]] level 1</vt:lpstr>
    </vt:vector>
  </TitlesOfParts>
  <Manager/>
  <Company/>
  <LinksUpToDate>false</LinksUpToDate>
  <CharactersWithSpaces>465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Jarrod Neven</cp:lastModifiedBy>
  <cp:revision>3</cp:revision>
  <dcterms:created xsi:type="dcterms:W3CDTF">2016-12-15T11:29:00Z</dcterms:created>
  <dcterms:modified xsi:type="dcterms:W3CDTF">2016-12-18T01:11:00Z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0x010100A1DDC338712AAF438B3B42F2A08579B3</vt:lpwstr>
  </property>
</Properties>
</file>